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פ״י/ו · משחק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גרסה מודפסת של המשחק: חילוץ שורשים, מיון וזיכרון.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רצוי להפעיל את הדף אחרי הפעילות המקבילה באתר: 🎮 משחק (פ״י/ו).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י/ו־ש־ב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י/ו־ל־ד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י/ו־ב־ל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🟢 פ״י/ו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הוֹבִיל, הוֹדִיעוּ, הוֹרִידָה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גזרה אחרת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לִבְנוֹת, מְעִירָה, הִצִּיל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 – י/ו־ד־ע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י/ו־ב־ל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י/ו־ר־ד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י/ו־ש־ן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🎮 פ״י/ו · משחק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בדף הזה נתרגל משחק. אפשר להיעזר בבנק המילים. עובדים לאט, שלב אחרי שלב. 🙂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י/ו־ב־ל  |  י/ו־ד־ע  |  י/ו־ל־ד  |  י/ו־ס־ף  |  י/ו־ר־ד  |  י/ו־ש־ב  |  י/ו־ש־ן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סבב 1: מבצע חילוץ שורשים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בחרו את השורש הנכון. כל תשובה נכונה = ⭐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מה השורש של „הוֹשִׁיבָה”?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י/ו־ש־ב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ש־י/ו־ב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נ־ש־ב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מה השורש של „נוֹלַד”?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נ־ל־ד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ל־י/ו־ד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י/ו־ל־ד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מה השורש של „הוֹבִיל”?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ב־ל־י/ה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י/ו־ב־ל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ב־י/ו־ל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סבב 2: מיון מהיר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כתבו כל פועל בעמודה המתאימה.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לִבְנוֹת  |  הִצִּיל  |  הוֹדִיעוּ  |  הוֹרִידָה  |  מְעִירָה  |  הוֹבִיל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🟢 פ״י/ו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גזרה אחרת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סבב 3: זוגות זיכרון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התאימו לכל פועל את השורש שלו: כתבו את האות של התשובה.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הוֹדִיעוּ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א. י/ו־ש־ן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הוֹבִיל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ב. י/ו־ר־ד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הוֹרִידָה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ג. י/ו־ב־ל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אִישַׁן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ד. י/ו־ד־ע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המציאו קלפי משחק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המציאו 4 קלפים חדשים למשחק: בכל קלף פועל במשפט קצר, ומאחור – השורש והגזרה.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פועל אחד מכל גזרה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משפטים מחיי בית הספר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השורש של „הוֹדִיעוּ”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הסימן שהכי עוזר לי לזהות את הגזרה: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דבר אחד שעדיין מבלבל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פ״י/ו · משחק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