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הוּבְלוּ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הוֹרִידוּ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הוֹדִיעוּ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אִישַׁן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יוֹבִיל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י/ו־נ־ק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פ״י/ו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השלמת משפטים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הארגזים ___ לאולם. (י/ו־ב־ל, הופעל,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הוּבְלוּ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הוֹבִילוּ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יוּבַל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הם ___ את הכיסאות מהבמה. (י/ו־ר־ד,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מוֹרִידִים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יָרְדוּ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הוֹרִידוּ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המורים ___ לתלמידים על הטיול. (י/ו־ד־ע,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יָדְעוּ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הוֹדִיעוּ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נוֹדְעוּ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הלילה אני ___ מוקדם. (י/ו־ש־ן,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יָשֵׁן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יָשַׁנְתִּי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אִישַׁן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השביל הזה ___ אותנו לחוף. (י/ו־ב־ל, הפעיל,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יוֹבִיל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הוּבַל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הוֹבִיל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תּוֹלִיד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המדריכה הוֹשִׁיבָה את הקבוצה במעגל.  ←  הפועל: הוֹשִׁיבָה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החתולה הֵינִיקָה את הגורים.  ←  הפועל: הֵינִיקָה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מועדון המדע נוֹסַד לפני עשר שנים.  ←  הפועל: נוֹסַד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הגשם יָרַד כל הלילה.  ←  הפועל: יָרַד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„הוּרַד”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השלמת משפטים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