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פ״י/ו · השלמת משפטים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לבחור צורת פועל נכונה במשפט ולזהות שורשים בהקשר.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רצוי להפעיל את הדף אחרי הפעילות המקבילה באתר: ✍️ השלמת משפטים (פ״י/ו).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נוֹלְדָה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הוּבְלוּ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אִישַׁן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יוֹבִיל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הוֹרִידוּ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י/ו־ש־ב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י/ו־ש־ב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י/ו־ל־ד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י/ו־ס־ף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נוֹ־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הפעיל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✍️ פ״י/ו · השלמת משפטים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תרגול: השלמת משפטים. משפטים קצרים. יש מילון קטן למעלה. 🙂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שורש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🌱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 אותיות שנותנות למילה את המשמעות (root)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גזרה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קבוצת שורשים שמתנהגים אותו דבר (verb class)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בניין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🏗️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דפוס של פועל: קל, נפעל, פיעל, פועל, הפעיל, הופעל, התפעל (verb pattern)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מוספיות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✂️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אותיות שהבניין או הזמן מוסיפים לשורש (added letters)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נחה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😴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שנכתבת ולא נשמעת, או נעלמת (silent letter)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דגש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⚫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נקודה בתוך אות (dot inside a letter)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עבר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שקרה כבר (past)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הווה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⏺️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שקורה עכשיו (present)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עתיד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שיקרה (future)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בחרו את הצורה הנכונה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בחרו את המילה הנכונה.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התינוקת ___ באביב. (י/ו־ל־ד, נפעל, עבר)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תּוֹלִיד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יָלְדָה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נוֹלְדָה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הארגזים ___ לאולם. (י/ו־ב־ל, הופעל, עבר)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הוֹבִילוּ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הוּבְלוּ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יוּבַל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הלילה אני ___ מוקדם. (י/ו־ש־ן, קל, עתיד)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אִישַׁן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יָשַׁנְתִּי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יָשֵׁן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השביל הזה ___ אותנו לחוף. (י/ו־ב־ל, הפעיל, עתיד)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הוּבַל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הוֹבִיל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יוֹבִיל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הם ___ את הכיסאות מהבמה. (י/ו־ר־ד, הפעיל, עבר)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מוֹרִידִים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יָרְדוּ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הוֹרִידוּ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מצאו את השורש במשפט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הפועל: הוֹשִׁיבָה  ←  השורש: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הפועל: יָשַׁבְנוּ  ←  השורש: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הפועל: נוֹלַד  ←  השורש: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הפועל: הוֹסִיף  ←  השורש: 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שאלות קצרות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איך נשמע „הוא אתמול” בנפעל של פ״י/ו?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נוֹ־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נִ־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נָ־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הוּבַל – לאיזה בניין מעבירים כדי למצוא שורש?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הפעיל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קל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פיעל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משפטים משלי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3 משפטים על היום שלכם בבית הספר, עם פעלים מהגזרה.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עבר, הווה ועתיד – פועל אחד מכל זמן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השורש של „אִישַׁן”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חדשה שלמדתי: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פ״י/ו · השלמת משפטים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