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פ״י/ו · השלמת משפטים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לבחור צורת פועל נכונה במשפט ולזהות שורשים בהקשר.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✍️ השלמת משפטים (פ״י/ו).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נוֹלְדָה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הוּבְלוּ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יוֹבִיל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הוֹדִיעוּ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י/ו־ב־ל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י/ו־ל־ד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נוֹ־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✍️ פ״י/ו · השלמת משפטים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השלמת משפטים.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עבר  |  הווה  |  עתיד  |  י/ו־ב־ל  |  י/ו־ד־ע  |  י/ו־ל־ד  |  י/ו־ס־ף  |  י/ו־ר־ד  |  י/ו־ש־ב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בחרו את הצורה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קראו את המשפט ואת הרמז בסוגריים, והקיפו את הפועל המתאים.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התינוקת ___ באביב. (י/ו־ל־ד, נפעל, עבר)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נוֹלְדָה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יָלְדָה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הארגזים ___ לאולם. (י/ו־ב־ל, הופעל, עבר)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הוֹבִילוּ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הוּבְלוּ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השביל הזה ___ אותנו לחוף. (י/ו־ב־ל, הפעיל, עתיד)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יוֹבִיל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הוֹבִיל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המורים ___ לתלמידים על הטיול. (י/ו־ד־ע, הפעיל, עבר)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הוֹדִיעוּ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נוֹדְעוּ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מצאו את השורש במשפט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אפשר לְהוֹרִיד את הדף מהאתר ולהדפיס.  ←  הפועל: לְהוֹרִיד  ←  השורש: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השביל הוֹבִיל אותנו אל המעיין.  ←  הפועל: הוֹבִיל  ←  השורש: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הגור הקטן נוֹלַד בחורף.  ←  הפועל: נוֹלַד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קצרות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איך נשמע „הוא אתמול” בנפעל של פ״י/ו?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נוֹ־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נִ־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נָ־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הוּבַל – לאיזה בניין מעבירים כדי למצוא שורש?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הפעיל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קל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פיעל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משפטים משלי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3 משפטים על היום שלכם בבית הספר, עם פעלים מהגזרה. סמנו כל פועל וכתבו את השורש שלו.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עבר, הווה ועתיד – פועל אחד מכל זמן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„הוֹרִידָה”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פ״י/ו · השלמת משפטים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