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יָשַׁן · קל · נשארו: י־ש־ן · שורש: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נוֹתַר · נפעל · נשארו: ו־ת־ר · שורש: י/ו־ת־ר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יָרַשׁ · קל · נשארו: י־ר־ש · שורש: י/ו־ר־ש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הוֹדִיעַ · הפעיל · נשארו: ו־ד־ע · שורש: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 · הפעיל · נשארו: י־נ־ק · שורש: י/ו־נ־ק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 · נפעל · נשארו: ו־ל־ד · שורש: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פ״י/ו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נוֹתְרָה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יִירְשׁוּ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ו־ר־ד.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י־ט־ב.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ו־ב־ל.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„נוֹלַד”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