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(פ״י/ו).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 · הפעיל · נשארו: ו־ס־ף · שורש: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 · קל · נשארו: י־ר־ד · שורש: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 · הפעיל · נשארו: ו־ב־ל · שורש: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הוֹדִיעַ · הפעיל · נשארו: ו־ד־ע · שורש: 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הוֹרִיד · הפעיל · נשארו: ו־ר־ד · שורש: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פ״י/ו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מאמן הבלש.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לְהוֹרִיד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י־ש־ן.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ו־ר־ד.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נשארו ו־ש־ב.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 בהתחלה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„אִישַׁן”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מאמן הבלש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